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This DOCX contains an embedded OLE object.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Malicious OLE DOCX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