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This DOCX contains a suspicious external hyperlink:</w:t>
      </w:r>
    </w:p>
    <w:p>
      <w:r>
        <w:t>Click here to verify your account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Evil" Type="http://schemas.openxmlformats.org/officeDocument/2006/relationships/hyperlink" Target="https://micros0ft.com/account/verif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Malicious Link DOCX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